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346932"/>
          <w:sz w:val="22"/>
        </w:rPr>
        <w:t>주식회사 로컬로움푸드</w:t>
      </w:r>
    </w:p>
    <w:p>
      <w:pPr>
        <w:spacing w:after="40"/>
        <w:jc w:val="center"/>
      </w:pPr>
      <w:r>
        <w:rPr>
          <w:b/>
          <w:sz w:val="44"/>
        </w:rPr>
        <w:t>입 사 지 원 서</w:t>
      </w:r>
    </w:p>
    <w:p>
      <w:pPr>
        <w:spacing w:after="140"/>
        <w:jc w:val="center"/>
      </w:pPr>
      <w:r>
        <w:rPr>
          <w:color w:val="6E6E6E"/>
          <w:sz w:val="16"/>
        </w:rPr>
        <w:t>LOCAL LOUM FOOD · APPLICATION FORM</w:t>
      </w:r>
    </w:p>
    <w:p>
      <w:pPr>
        <w:spacing w:before="120" w:after="80"/>
      </w:pPr>
      <w:r>
        <w:rPr>
          <w:rFonts w:ascii="Noto Sans CJK KR" w:hAnsi="Noto Sans CJK KR" w:eastAsia="Noto Sans CJK KR"/>
          <w:b/>
          <w:color w:val="346932"/>
          <w:sz w:val="22"/>
        </w:rPr>
        <w:t>01. 지원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지원 분야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희망 근무 형태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  <w:t>□ 정규직   □ 계약직   □ 시간제   □ 기타</w:t>
            </w:r>
          </w:p>
        </w:tc>
      </w:tr>
      <w:tr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근무 가능일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  <w:t xml:space="preserve">       년      월      일</w:t>
            </w:r>
          </w:p>
        </w:tc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희망 근무지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</w:tbl>
    <w:p>
      <w:pPr>
        <w:spacing w:before="120" w:after="80"/>
      </w:pPr>
      <w:r>
        <w:rPr>
          <w:rFonts w:ascii="Noto Sans CJK KR" w:hAnsi="Noto Sans CJK KR" w:eastAsia="Noto Sans CJK KR"/>
          <w:b/>
          <w:color w:val="346932"/>
          <w:sz w:val="22"/>
        </w:rPr>
        <w:t>02.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성명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생년월일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연락처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이메일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주소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긴급 연락처</w:t>
            </w:r>
          </w:p>
        </w:tc>
        <w:tc>
          <w:tcPr>
            <w:tcW w:type="dxa" w:w="35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</w:tbl>
    <w:p>
      <w:pPr>
        <w:spacing w:before="120" w:after="80"/>
      </w:pPr>
      <w:r>
        <w:rPr>
          <w:rFonts w:ascii="Noto Sans CJK KR" w:hAnsi="Noto Sans CJK KR" w:eastAsia="Noto Sans CJK KR"/>
          <w:b/>
          <w:color w:val="346932"/>
          <w:sz w:val="22"/>
        </w:rPr>
        <w:t>03. 학력 사항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기간</w:t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학교명</w:t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전공</w:t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졸업 여부</w:t>
            </w:r>
          </w:p>
        </w:tc>
      </w:tr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</w:tbl>
    <w:p>
      <w:pPr>
        <w:spacing w:before="120" w:after="80"/>
      </w:pPr>
      <w:r>
        <w:rPr>
          <w:rFonts w:ascii="Noto Sans CJK KR" w:hAnsi="Noto Sans CJK KR" w:eastAsia="Noto Sans CJK KR"/>
          <w:b/>
          <w:color w:val="346932"/>
          <w:sz w:val="22"/>
        </w:rPr>
        <w:t>04. 경력 사항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근무 기간</w:t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회사명</w:t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부서/직무</w:t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담당 업무</w:t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퇴사 사유</w:t>
            </w:r>
          </w:p>
        </w:tc>
      </w:tr>
      <w:tr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08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</w:tbl>
    <w:p>
      <w:pPr>
        <w:spacing w:before="120" w:after="80"/>
      </w:pPr>
      <w:r>
        <w:rPr>
          <w:rFonts w:ascii="Noto Sans CJK KR" w:hAnsi="Noto Sans CJK KR" w:eastAsia="Noto Sans CJK KR"/>
          <w:b/>
          <w:color w:val="346932"/>
          <w:sz w:val="22"/>
        </w:rPr>
        <w:t>05. 자격 및 기타 사항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취득일</w:t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자격·면허명</w:t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발급 기관</w:t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center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비고</w:t>
            </w:r>
          </w:p>
        </w:tc>
      </w:tr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  <w:tr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  <w:tc>
          <w:tcPr>
            <w:tcW w:type="dxa" w:w="26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120" w:after="80"/>
      </w:pPr>
      <w:r>
        <w:rPr>
          <w:rFonts w:ascii="Noto Sans CJK KR" w:hAnsi="Noto Sans CJK KR" w:eastAsia="Noto Sans CJK KR"/>
          <w:b/>
          <w:color w:val="346932"/>
          <w:sz w:val="22"/>
        </w:rPr>
        <w:t>06. 자기소개 및 지원 동기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10426"/>
      </w:tblGrid>
      <w:tr>
        <w:tc>
          <w:tcPr>
            <w:tcW w:type="dxa" w:w="104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지원 동기</w:t>
            </w:r>
          </w:p>
        </w:tc>
      </w:tr>
      <w:tr>
        <w:trPr>
          <w:trHeight w:val="1587"/>
        </w:trPr>
        <w:tc>
          <w:tcPr>
            <w:tcW w:type="dxa" w:w="104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828282"/>
                <w:sz w:val="16"/>
              </w:rPr>
              <w:t>로컬로움푸드에 지원한 이유와 지원 직무에 대한 관심을 자유롭게 작성해 주세요.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10426"/>
      </w:tblGrid>
      <w:tr>
        <w:tc>
          <w:tcPr>
            <w:tcW w:type="dxa" w:w="104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관련 경험 및 강점</w:t>
            </w:r>
          </w:p>
        </w:tc>
      </w:tr>
      <w:tr>
        <w:trPr>
          <w:trHeight w:val="1587"/>
        </w:trPr>
        <w:tc>
          <w:tcPr>
            <w:tcW w:type="dxa" w:w="104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828282"/>
                <w:sz w:val="16"/>
              </w:rPr>
              <w:t>지원 직무와 관련된 경험, 업무 역량 또는 본인의 강점을 작성해 주세요.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10426"/>
      </w:tblGrid>
      <w:tr>
        <w:tc>
          <w:tcPr>
            <w:tcW w:type="dxa" w:w="104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E7"/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/>
                <w:sz w:val="18"/>
              </w:rPr>
              <w:t>입사 후 포부</w:t>
            </w:r>
          </w:p>
        </w:tc>
      </w:tr>
      <w:tr>
        <w:trPr>
          <w:trHeight w:val="1587"/>
        </w:trPr>
        <w:tc>
          <w:tcPr>
            <w:tcW w:type="dxa" w:w="104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828282"/>
                <w:sz w:val="16"/>
              </w:rPr>
              <w:t>입사 후 이루고 싶은 목표와 업무에 임하는 자세를 작성해 주세요.</w:t>
            </w:r>
          </w:p>
        </w:tc>
      </w:tr>
    </w:tbl>
    <w:p>
      <w:pPr>
        <w:spacing w:after="20"/>
      </w:pPr>
    </w:p>
    <w:p>
      <w:pPr>
        <w:spacing w:before="120" w:after="80"/>
      </w:pPr>
      <w:r>
        <w:rPr>
          <w:rFonts w:ascii="Noto Sans CJK KR" w:hAnsi="Noto Sans CJK KR" w:eastAsia="Noto Sans CJK KR"/>
          <w:b/>
          <w:color w:val="346932"/>
          <w:sz w:val="22"/>
        </w:rPr>
        <w:t>07. 개인정보 수집 및 이용 동의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B7B7"/>
          <w:left w:val="single" w:sz="6" w:color="B7B7B7"/>
          <w:bottom w:val="single" w:sz="6" w:color="B7B7B7"/>
          <w:right w:val="single" w:sz="6" w:color="B7B7B7"/>
          <w:insideH w:val="single" w:sz="6" w:color="B7B7B7"/>
          <w:insideV w:val="single" w:sz="6" w:color="B7B7B7"/>
        </w:tblBorders>
      </w:tblPr>
      <w:tblGrid>
        <w:gridCol w:w="10426"/>
      </w:tblGrid>
      <w:tr>
        <w:tc>
          <w:tcPr>
            <w:tcW w:type="dxa" w:w="1042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주식회사 로컬로움푸드는 채용 절차 진행을 위해 입사지원서에 기재된 개인정보를 수집·이용합니다.</w:t>
              <w:br/>
              <w:t>• 수집 항목: 성명, 생년월일, 연락처, 이메일, 주소, 학력, 경력, 자격사항 및 지원자가 기재한 정보</w:t>
              <w:br/>
              <w:t>• 이용 목적: 채용 전형, 지원자 확인 및 채용 관련 연락</w:t>
              <w:br/>
              <w:t>• 보유 기간: 채용 절차 종료 후 관련 법령 및 회사의 개인정보 처리 기준에 따라 보관 후 파기</w:t>
              <w:br/>
              <w:br/>
              <w:t>※ 지원자는 개인정보 수집·이용에 동의하지 않을 권리가 있으나, 필수 정보 제공에 동의하지 않을 경우 채용 전형 진행이 제한될 수 있습니다.</w:t>
              <w:br/>
              <w:br/>
              <w:t>□ 동의합니다.        □ 동의하지 않습니다.</w:t>
            </w:r>
          </w:p>
        </w:tc>
      </w:tr>
    </w:tbl>
    <w:p>
      <w:pPr>
        <w:spacing w:before="240" w:after="80"/>
        <w:jc w:val="center"/>
      </w:pPr>
      <w:r>
        <w:rPr>
          <w:sz w:val="18"/>
        </w:rPr>
        <w:t>위 기재사항은 사실과 다름이 없음을 확인하며 입사를 지원합니다.</w:t>
      </w:r>
    </w:p>
    <w:p>
      <w:pPr>
        <w:spacing w:after="100"/>
        <w:jc w:val="center"/>
      </w:pPr>
      <w:r>
        <w:rPr>
          <w:sz w:val="20"/>
        </w:rPr>
        <w:t>20      년       월       일</w:t>
      </w:r>
    </w:p>
    <w:p>
      <w:pPr>
        <w:jc w:val="right"/>
      </w:pPr>
      <w:r>
        <w:rPr>
          <w:b/>
          <w:sz w:val="20"/>
        </w:rPr>
        <w:t>지원자 :                              (서명)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4"/>
      </w:rPr>
      <w:t>LOCAL LOUM FOOD CO., LTD.  |  RECRUITMENT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